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71D48" w14:textId="77777777" w:rsidR="00523256" w:rsidRPr="008D1DEC" w:rsidRDefault="00000000">
      <w:pPr>
        <w:pStyle w:val="Tytu"/>
        <w:jc w:val="center"/>
        <w:rPr>
          <w:lang w:val="pl-PL"/>
        </w:rPr>
      </w:pPr>
      <w:r w:rsidRPr="008D1DEC">
        <w:rPr>
          <w:lang w:val="pl-PL"/>
        </w:rPr>
        <w:t>Informacja o naszej placówce</w:t>
      </w:r>
    </w:p>
    <w:p w14:paraId="721B21C1" w14:textId="77777777" w:rsidR="00523256" w:rsidRPr="008D1DEC" w:rsidRDefault="00000000">
      <w:pPr>
        <w:jc w:val="center"/>
        <w:rPr>
          <w:lang w:val="pl-PL"/>
        </w:rPr>
      </w:pPr>
      <w:r w:rsidRPr="008D1DEC">
        <w:rPr>
          <w:b/>
          <w:sz w:val="32"/>
          <w:lang w:val="pl-PL"/>
        </w:rPr>
        <w:t>Tekst łatwy do czytania i zrozumienia (ETR)</w:t>
      </w:r>
    </w:p>
    <w:p w14:paraId="15EAD7B6" w14:textId="77777777" w:rsidR="00523256" w:rsidRPr="008D1DEC" w:rsidRDefault="00523256">
      <w:pPr>
        <w:rPr>
          <w:lang w:val="pl-PL"/>
        </w:rPr>
      </w:pPr>
    </w:p>
    <w:p w14:paraId="6D62187D" w14:textId="77777777" w:rsidR="00523256" w:rsidRPr="008D1DEC" w:rsidRDefault="00000000">
      <w:pPr>
        <w:pStyle w:val="Nagwek1"/>
        <w:rPr>
          <w:lang w:val="pl-PL"/>
        </w:rPr>
      </w:pPr>
      <w:r w:rsidRPr="008D1DEC">
        <w:rPr>
          <w:lang w:val="pl-PL"/>
        </w:rPr>
        <w:t>Czym zajmuje się nasza placówka?</w:t>
      </w:r>
    </w:p>
    <w:p w14:paraId="6752562A" w14:textId="77777777" w:rsidR="00523256" w:rsidRPr="008D1DEC" w:rsidRDefault="00000000">
      <w:pPr>
        <w:rPr>
          <w:lang w:val="pl-PL"/>
        </w:rPr>
      </w:pPr>
      <w:r w:rsidRPr="008D1DEC">
        <w:rPr>
          <w:lang w:val="pl-PL"/>
        </w:rPr>
        <w:t>Nazywamy się Samodzielny Zespół Publicznych Zakładów Opieki Zdrowotnej w Oleśnicy.</w:t>
      </w:r>
    </w:p>
    <w:p w14:paraId="5CC072AE" w14:textId="77777777" w:rsidR="00523256" w:rsidRPr="008D1DEC" w:rsidRDefault="00000000">
      <w:pPr>
        <w:rPr>
          <w:lang w:val="pl-PL"/>
        </w:rPr>
      </w:pPr>
      <w:r w:rsidRPr="008D1DEC">
        <w:rPr>
          <w:lang w:val="pl-PL"/>
        </w:rPr>
        <w:t>Dbamy o zdrowie dzieci, młodzieży i dorosłych.</w:t>
      </w:r>
    </w:p>
    <w:p w14:paraId="29BE12C8" w14:textId="77777777" w:rsidR="00D039CD" w:rsidRDefault="00D039CD">
      <w:pPr>
        <w:rPr>
          <w:lang w:val="pl-PL"/>
        </w:rPr>
      </w:pPr>
      <w:r w:rsidRPr="00D039CD">
        <w:rPr>
          <w:lang w:val="pl-PL"/>
        </w:rPr>
        <w:t>Możesz przyjść do nas do lekarza lub na badanie. Możesz też skorzystać z innej pomocy medycznej.</w:t>
      </w:r>
    </w:p>
    <w:p w14:paraId="51959213" w14:textId="77777777" w:rsidR="00D039CD" w:rsidRDefault="00D039CD">
      <w:pPr>
        <w:rPr>
          <w:lang w:val="pl-PL"/>
        </w:rPr>
      </w:pPr>
      <w:r w:rsidRPr="00D039CD">
        <w:rPr>
          <w:lang w:val="pl-PL"/>
        </w:rPr>
        <w:t>W naszych placówkach pracują lekarze, pielęgniarki, położne i inne osoby, które dbają o zdrowie pacjentów.</w:t>
      </w:r>
    </w:p>
    <w:p w14:paraId="7AF6DD43" w14:textId="562E8448" w:rsidR="00523256" w:rsidRPr="008D1DEC" w:rsidRDefault="00000000">
      <w:pPr>
        <w:rPr>
          <w:lang w:val="pl-PL"/>
        </w:rPr>
      </w:pPr>
      <w:r w:rsidRPr="008D1DEC">
        <w:rPr>
          <w:lang w:val="pl-PL"/>
        </w:rPr>
        <w:t>Chcemy, aby pacjenci otrzymywali fachową pomoc i czuli się bezpiecznie.</w:t>
      </w:r>
    </w:p>
    <w:p w14:paraId="6B9341DB" w14:textId="77777777" w:rsidR="00523256" w:rsidRPr="008D1DEC" w:rsidRDefault="00000000">
      <w:pPr>
        <w:pStyle w:val="Nagwek1"/>
        <w:rPr>
          <w:lang w:val="pl-PL"/>
        </w:rPr>
      </w:pPr>
      <w:r w:rsidRPr="008D1DEC">
        <w:rPr>
          <w:lang w:val="pl-PL"/>
        </w:rPr>
        <w:t>Jakie usługi oferujemy?</w:t>
      </w:r>
    </w:p>
    <w:p w14:paraId="0B526BC4" w14:textId="77777777" w:rsidR="00523256" w:rsidRPr="008D1DEC" w:rsidRDefault="00000000">
      <w:pPr>
        <w:rPr>
          <w:lang w:val="pl-PL"/>
        </w:rPr>
      </w:pPr>
      <w:r w:rsidRPr="008D1DEC">
        <w:rPr>
          <w:lang w:val="pl-PL"/>
        </w:rPr>
        <w:t>W naszych placówkach możesz skorzystać między innymi z:</w:t>
      </w:r>
    </w:p>
    <w:p w14:paraId="73FD05C2" w14:textId="77777777" w:rsidR="00523256" w:rsidRPr="008D1DEC" w:rsidRDefault="00000000">
      <w:pPr>
        <w:pStyle w:val="Listapunktowana"/>
        <w:spacing w:after="100"/>
        <w:rPr>
          <w:lang w:val="pl-PL"/>
        </w:rPr>
      </w:pPr>
      <w:r w:rsidRPr="008D1DEC">
        <w:rPr>
          <w:lang w:val="pl-PL"/>
        </w:rPr>
        <w:t>wizyt u lekarza podstawowej opieki zdrowotnej,</w:t>
      </w:r>
    </w:p>
    <w:p w14:paraId="4CD2CF39" w14:textId="77777777" w:rsidR="00523256" w:rsidRDefault="00000000">
      <w:pPr>
        <w:pStyle w:val="Listapunktowana"/>
        <w:spacing w:after="100"/>
      </w:pPr>
      <w:proofErr w:type="spellStart"/>
      <w:r>
        <w:t>porad</w:t>
      </w:r>
      <w:proofErr w:type="spellEnd"/>
      <w:r>
        <w:t xml:space="preserve"> </w:t>
      </w:r>
      <w:proofErr w:type="spellStart"/>
      <w:r>
        <w:t>lekarzy</w:t>
      </w:r>
      <w:proofErr w:type="spellEnd"/>
      <w:r>
        <w:t xml:space="preserve"> </w:t>
      </w:r>
      <w:proofErr w:type="spellStart"/>
      <w:r>
        <w:t>specjalistów</w:t>
      </w:r>
      <w:proofErr w:type="spellEnd"/>
      <w:r>
        <w:t>,</w:t>
      </w:r>
    </w:p>
    <w:p w14:paraId="4E649F57" w14:textId="77777777" w:rsidR="00523256" w:rsidRDefault="00000000">
      <w:pPr>
        <w:pStyle w:val="Listapunktowana"/>
        <w:spacing w:after="100"/>
      </w:pPr>
      <w:r>
        <w:t>opieki pielęgniarki i położnej,</w:t>
      </w:r>
    </w:p>
    <w:p w14:paraId="05419A16" w14:textId="77777777" w:rsidR="00523256" w:rsidRDefault="00000000">
      <w:pPr>
        <w:pStyle w:val="Listapunktowana"/>
        <w:spacing w:after="100"/>
      </w:pPr>
      <w:r>
        <w:t>opieki stomatologicznej,</w:t>
      </w:r>
    </w:p>
    <w:p w14:paraId="40C0EA6D" w14:textId="77777777" w:rsidR="00523256" w:rsidRPr="008D1DEC" w:rsidRDefault="00000000">
      <w:pPr>
        <w:pStyle w:val="Listapunktowana"/>
        <w:spacing w:after="100"/>
        <w:rPr>
          <w:lang w:val="pl-PL"/>
        </w:rPr>
      </w:pPr>
      <w:r w:rsidRPr="008D1DEC">
        <w:rPr>
          <w:lang w:val="pl-PL"/>
        </w:rPr>
        <w:t>badań krwi i innych badań laboratoryjnych,</w:t>
      </w:r>
    </w:p>
    <w:p w14:paraId="43EE266C" w14:textId="77777777" w:rsidR="00523256" w:rsidRDefault="00000000">
      <w:pPr>
        <w:pStyle w:val="Listapunktowana"/>
        <w:spacing w:after="100"/>
      </w:pPr>
      <w:proofErr w:type="spellStart"/>
      <w:r>
        <w:t>badań</w:t>
      </w:r>
      <w:proofErr w:type="spellEnd"/>
      <w:r>
        <w:t xml:space="preserve"> USG </w:t>
      </w:r>
      <w:proofErr w:type="spellStart"/>
      <w:r>
        <w:t>i</w:t>
      </w:r>
      <w:proofErr w:type="spellEnd"/>
      <w:r>
        <w:t xml:space="preserve"> RTG,</w:t>
      </w:r>
    </w:p>
    <w:p w14:paraId="2244DA5F" w14:textId="77777777" w:rsidR="00523256" w:rsidRDefault="00000000">
      <w:pPr>
        <w:pStyle w:val="Listapunktowana"/>
        <w:spacing w:after="100"/>
      </w:pPr>
      <w:r>
        <w:t>mammografii,</w:t>
      </w:r>
    </w:p>
    <w:p w14:paraId="467A3FE2" w14:textId="77777777" w:rsidR="00523256" w:rsidRDefault="00000000">
      <w:pPr>
        <w:pStyle w:val="Listapunktowana"/>
        <w:spacing w:after="100"/>
      </w:pPr>
      <w:r>
        <w:t>badań EEG i EKG,</w:t>
      </w:r>
    </w:p>
    <w:p w14:paraId="5AF1A4FB" w14:textId="77777777" w:rsidR="00523256" w:rsidRDefault="00000000">
      <w:pPr>
        <w:pStyle w:val="Listapunktowana"/>
        <w:spacing w:after="100"/>
      </w:pPr>
      <w:proofErr w:type="spellStart"/>
      <w:r>
        <w:t>badań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zabiegów</w:t>
      </w:r>
      <w:proofErr w:type="spellEnd"/>
      <w:r>
        <w:t xml:space="preserve"> </w:t>
      </w:r>
      <w:proofErr w:type="spellStart"/>
      <w:r>
        <w:t>okulistycznych</w:t>
      </w:r>
      <w:proofErr w:type="spellEnd"/>
      <w:r>
        <w:t>,</w:t>
      </w:r>
    </w:p>
    <w:p w14:paraId="5CDA524C" w14:textId="77777777" w:rsidR="00D039CD" w:rsidRDefault="00D039CD" w:rsidP="00D039CD">
      <w:pPr>
        <w:pStyle w:val="Listapunktowana"/>
        <w:spacing w:after="100"/>
        <w:rPr>
          <w:lang w:val="pl-PL"/>
        </w:rPr>
      </w:pPr>
      <w:r w:rsidRPr="00D039CD">
        <w:rPr>
          <w:lang w:val="pl-PL"/>
        </w:rPr>
        <w:t>opieki medycznej dla uczniów,</w:t>
      </w:r>
    </w:p>
    <w:p w14:paraId="64D1D90B" w14:textId="0511EAFB" w:rsidR="00D039CD" w:rsidRPr="00085EAC" w:rsidRDefault="00D039CD" w:rsidP="00085EAC">
      <w:pPr>
        <w:pStyle w:val="Listapunktowana"/>
        <w:spacing w:after="100"/>
        <w:rPr>
          <w:lang w:val="pl-PL"/>
        </w:rPr>
      </w:pPr>
      <w:r w:rsidRPr="00D039CD">
        <w:rPr>
          <w:lang w:val="pl-PL"/>
        </w:rPr>
        <w:t>badań związanych z pracą</w:t>
      </w:r>
      <w:r>
        <w:rPr>
          <w:lang w:val="pl-PL"/>
        </w:rPr>
        <w:t>.</w:t>
      </w:r>
    </w:p>
    <w:p w14:paraId="4133B724" w14:textId="77777777" w:rsidR="00085EAC" w:rsidRDefault="00085EAC" w:rsidP="00085EAC">
      <w:pPr>
        <w:rPr>
          <w:lang w:val="pl-PL"/>
        </w:rPr>
      </w:pPr>
      <w:r w:rsidRPr="00085EAC">
        <w:rPr>
          <w:lang w:val="pl-PL"/>
        </w:rPr>
        <w:t xml:space="preserve">Na niektóre badania potrzebujesz skierowania. Na niektóre badania musisz wcześniej umówić termin. </w:t>
      </w:r>
    </w:p>
    <w:p w14:paraId="6B81422E" w14:textId="1B706086" w:rsidR="00085EAC" w:rsidRDefault="00085EAC" w:rsidP="00085EAC">
      <w:pPr>
        <w:rPr>
          <w:b/>
          <w:bCs/>
          <w:lang w:val="pl-PL"/>
        </w:rPr>
      </w:pPr>
      <w:r w:rsidRPr="00085EAC">
        <w:rPr>
          <w:lang w:val="pl-PL"/>
        </w:rPr>
        <w:t>Jeśli nie wiesz, co zrobić, zadzwoń do rejestracji.</w:t>
      </w:r>
    </w:p>
    <w:p w14:paraId="7BBB96E6" w14:textId="3B19E55F" w:rsidR="00523256" w:rsidRPr="008D1DEC" w:rsidRDefault="00000000">
      <w:pPr>
        <w:pStyle w:val="Nagwek1"/>
        <w:rPr>
          <w:lang w:val="pl-PL"/>
        </w:rPr>
      </w:pPr>
      <w:r w:rsidRPr="008D1DEC">
        <w:rPr>
          <w:lang w:val="pl-PL"/>
        </w:rPr>
        <w:lastRenderedPageBreak/>
        <w:t>Jak możesz się z nami skontaktować?</w:t>
      </w:r>
    </w:p>
    <w:p w14:paraId="6698DFE0" w14:textId="77777777" w:rsidR="00523256" w:rsidRPr="008D1DEC" w:rsidRDefault="00000000">
      <w:pPr>
        <w:rPr>
          <w:lang w:val="pl-PL"/>
        </w:rPr>
      </w:pPr>
      <w:r w:rsidRPr="008D1DEC">
        <w:rPr>
          <w:lang w:val="pl-PL"/>
        </w:rPr>
        <w:t>Możesz zadzwonić do naszej placówki lub napisać wiadomość e-mail.</w:t>
      </w:r>
    </w:p>
    <w:p w14:paraId="2ECDD3FE" w14:textId="77777777" w:rsidR="00523256" w:rsidRDefault="00000000">
      <w:pPr>
        <w:pStyle w:val="Listapunktowana"/>
        <w:spacing w:after="100"/>
      </w:pPr>
      <w:r>
        <w:t xml:space="preserve">Adres: </w:t>
      </w:r>
      <w:proofErr w:type="spellStart"/>
      <w:r>
        <w:t>ulica</w:t>
      </w:r>
      <w:proofErr w:type="spellEnd"/>
      <w:r>
        <w:t xml:space="preserve"> Reja 10, 56-400 Oleśnica.</w:t>
      </w:r>
    </w:p>
    <w:p w14:paraId="294A8713" w14:textId="77777777" w:rsidR="00523256" w:rsidRDefault="00000000">
      <w:pPr>
        <w:pStyle w:val="Listapunktowana"/>
        <w:spacing w:after="100"/>
      </w:pPr>
      <w:r>
        <w:t>Telefon: 71 798 28 03.</w:t>
      </w:r>
    </w:p>
    <w:p w14:paraId="2B2CA88A" w14:textId="77777777" w:rsidR="00523256" w:rsidRDefault="00000000">
      <w:pPr>
        <w:pStyle w:val="Listapunktowana"/>
        <w:spacing w:after="100"/>
      </w:pPr>
      <w:r>
        <w:t>E-mail: sekretariat@szpzoz-olesnica.pl.</w:t>
      </w:r>
    </w:p>
    <w:p w14:paraId="6B4A784B" w14:textId="77777777" w:rsidR="00523256" w:rsidRPr="008D1DEC" w:rsidRDefault="00000000">
      <w:pPr>
        <w:rPr>
          <w:lang w:val="pl-PL"/>
        </w:rPr>
      </w:pPr>
      <w:r w:rsidRPr="008D1DEC">
        <w:rPr>
          <w:lang w:val="pl-PL"/>
        </w:rPr>
        <w:t>Jeśli chcesz umówić wizytę, najlepiej skontaktuj się z rejestracją wybranej przychodni.</w:t>
      </w:r>
    </w:p>
    <w:p w14:paraId="24A9AE21" w14:textId="232FF24A" w:rsidR="00085EAC" w:rsidRDefault="00085EAC" w:rsidP="00085EAC">
      <w:pPr>
        <w:rPr>
          <w:lang w:val="pl-PL"/>
        </w:rPr>
      </w:pPr>
      <w:r w:rsidRPr="00085EAC">
        <w:rPr>
          <w:lang w:val="pl-PL"/>
        </w:rPr>
        <w:t>Wizytę możesz umówić przez telefon lub osobiście.</w:t>
      </w:r>
      <w:r>
        <w:rPr>
          <w:lang w:val="pl-PL"/>
        </w:rPr>
        <w:br/>
      </w:r>
      <w:r w:rsidRPr="00085EAC">
        <w:rPr>
          <w:lang w:val="pl-PL"/>
        </w:rPr>
        <w:t xml:space="preserve">W niektórych poradniach możesz także umówić wizytę przez </w:t>
      </w:r>
      <w:proofErr w:type="spellStart"/>
      <w:r w:rsidRPr="00085EAC">
        <w:rPr>
          <w:lang w:val="pl-PL"/>
        </w:rPr>
        <w:t>internet</w:t>
      </w:r>
      <w:proofErr w:type="spellEnd"/>
      <w:r w:rsidRPr="00085EAC">
        <w:rPr>
          <w:lang w:val="pl-PL"/>
        </w:rPr>
        <w:t>.</w:t>
      </w:r>
    </w:p>
    <w:p w14:paraId="284BCEA9" w14:textId="1118076E" w:rsidR="00085EAC" w:rsidRPr="00085EAC" w:rsidRDefault="00085EAC" w:rsidP="00085EAC">
      <w:pPr>
        <w:rPr>
          <w:lang w:val="pl-PL"/>
        </w:rPr>
      </w:pPr>
      <w:r w:rsidRPr="00085EAC">
        <w:rPr>
          <w:lang w:val="pl-PL"/>
        </w:rPr>
        <w:t>Jeśli nie wiesz, gdzie iść, poproś o pomoc pracownika placówki.</w:t>
      </w:r>
      <w:r>
        <w:rPr>
          <w:lang w:val="pl-PL"/>
        </w:rPr>
        <w:br/>
      </w:r>
      <w:r w:rsidRPr="00085EAC">
        <w:rPr>
          <w:lang w:val="pl-PL"/>
        </w:rPr>
        <w:t>Pracownik powie Ci, gdzie znajduje się poradnia lub gabinet.</w:t>
      </w:r>
    </w:p>
    <w:p w14:paraId="4886B714" w14:textId="16BB3E25" w:rsidR="00523256" w:rsidRPr="008D1DEC" w:rsidRDefault="00000000" w:rsidP="00085EAC">
      <w:pPr>
        <w:pStyle w:val="Nagwek1"/>
        <w:rPr>
          <w:lang w:val="pl-PL"/>
        </w:rPr>
      </w:pPr>
      <w:r w:rsidRPr="008D1DEC">
        <w:rPr>
          <w:lang w:val="pl-PL"/>
        </w:rPr>
        <w:t>Gdzie znajdują się nasze placówki?</w:t>
      </w:r>
    </w:p>
    <w:p w14:paraId="732A5321" w14:textId="77777777" w:rsidR="00523256" w:rsidRDefault="00000000">
      <w:pPr>
        <w:pStyle w:val="Nagwek2"/>
      </w:pPr>
      <w:proofErr w:type="spellStart"/>
      <w:r>
        <w:t>Przychodnia</w:t>
      </w:r>
      <w:proofErr w:type="spellEnd"/>
      <w:r>
        <w:t xml:space="preserve"> </w:t>
      </w:r>
      <w:proofErr w:type="spellStart"/>
      <w:r>
        <w:t>Rejonowo-Specjalistyczna</w:t>
      </w:r>
      <w:proofErr w:type="spellEnd"/>
      <w:r>
        <w:t xml:space="preserve"> nr 1</w:t>
      </w:r>
    </w:p>
    <w:p w14:paraId="39C4032A" w14:textId="77777777" w:rsidR="00523256" w:rsidRPr="008D1DEC" w:rsidRDefault="00000000">
      <w:pPr>
        <w:pStyle w:val="Listapunktowana"/>
        <w:spacing w:after="100"/>
        <w:rPr>
          <w:lang w:val="pl-PL"/>
        </w:rPr>
      </w:pPr>
      <w:r w:rsidRPr="008D1DEC">
        <w:rPr>
          <w:lang w:val="pl-PL"/>
        </w:rPr>
        <w:t>Adres: ulica Ludwikowska 10 w Oleśnicy.</w:t>
      </w:r>
    </w:p>
    <w:p w14:paraId="2FBA2492" w14:textId="77777777" w:rsidR="00523256" w:rsidRPr="008D1DEC" w:rsidRDefault="00000000">
      <w:pPr>
        <w:pStyle w:val="Listapunktowana"/>
        <w:spacing w:after="100"/>
        <w:rPr>
          <w:lang w:val="pl-PL"/>
        </w:rPr>
      </w:pPr>
      <w:r w:rsidRPr="008D1DEC">
        <w:rPr>
          <w:lang w:val="pl-PL"/>
        </w:rPr>
        <w:t>Rejestracja ogólna znajduje się na parterze.</w:t>
      </w:r>
    </w:p>
    <w:p w14:paraId="1319C55E" w14:textId="77777777" w:rsidR="00523256" w:rsidRDefault="00000000">
      <w:pPr>
        <w:pStyle w:val="Listapunktowana"/>
        <w:spacing w:after="100"/>
      </w:pPr>
      <w:proofErr w:type="spellStart"/>
      <w:r>
        <w:t>Telefon</w:t>
      </w:r>
      <w:proofErr w:type="spellEnd"/>
      <w:r>
        <w:t xml:space="preserve"> do </w:t>
      </w:r>
      <w:proofErr w:type="spellStart"/>
      <w:r>
        <w:t>rejestracji</w:t>
      </w:r>
      <w:proofErr w:type="spellEnd"/>
      <w:r>
        <w:t>: 71 798 28 09 lub 71 798 28 10.</w:t>
      </w:r>
    </w:p>
    <w:p w14:paraId="5EB54FD5" w14:textId="77777777" w:rsidR="00523256" w:rsidRPr="008D1DEC" w:rsidRDefault="00000000">
      <w:pPr>
        <w:pStyle w:val="Listapunktowana"/>
        <w:spacing w:after="100"/>
        <w:rPr>
          <w:lang w:val="pl-PL"/>
        </w:rPr>
      </w:pPr>
      <w:r w:rsidRPr="008D1DEC">
        <w:rPr>
          <w:lang w:val="pl-PL"/>
        </w:rPr>
        <w:t>Rejestracja ogólna jest czynna od poniedziałku do piątku, od godziny 7:00 do 18:00.</w:t>
      </w:r>
    </w:p>
    <w:p w14:paraId="6CC4906B" w14:textId="77777777" w:rsidR="00523256" w:rsidRDefault="00000000">
      <w:pPr>
        <w:pStyle w:val="Listapunktowana"/>
        <w:spacing w:after="100"/>
      </w:pPr>
      <w:r>
        <w:t>E-mail: rejestracja.ludwikowska@szpzoz-olesnica.pl.</w:t>
      </w:r>
    </w:p>
    <w:p w14:paraId="4BE5443E" w14:textId="77777777" w:rsidR="00523256" w:rsidRPr="008D1DEC" w:rsidRDefault="00000000">
      <w:pPr>
        <w:rPr>
          <w:lang w:val="pl-PL"/>
        </w:rPr>
      </w:pPr>
      <w:r w:rsidRPr="008D1DEC">
        <w:rPr>
          <w:lang w:val="pl-PL"/>
        </w:rPr>
        <w:t>W tej przychodni możesz skorzystać między innymi z porad lekarza rodzinnego, poradni specjalistycznych oraz badań diagnostycznych.</w:t>
      </w:r>
    </w:p>
    <w:p w14:paraId="3577E39A" w14:textId="77777777" w:rsidR="00523256" w:rsidRDefault="00000000">
      <w:pPr>
        <w:pStyle w:val="Nagwek2"/>
      </w:pPr>
      <w:proofErr w:type="spellStart"/>
      <w:r>
        <w:t>Przychodnia</w:t>
      </w:r>
      <w:proofErr w:type="spellEnd"/>
      <w:r>
        <w:t xml:space="preserve"> </w:t>
      </w:r>
      <w:proofErr w:type="spellStart"/>
      <w:r>
        <w:t>Rejonowa</w:t>
      </w:r>
      <w:proofErr w:type="spellEnd"/>
      <w:r>
        <w:t xml:space="preserve"> nr 2</w:t>
      </w:r>
    </w:p>
    <w:p w14:paraId="5363660F" w14:textId="77777777" w:rsidR="00523256" w:rsidRPr="008D1DEC" w:rsidRDefault="00000000">
      <w:pPr>
        <w:pStyle w:val="Listapunktowana"/>
        <w:spacing w:after="100"/>
        <w:rPr>
          <w:lang w:val="pl-PL"/>
        </w:rPr>
      </w:pPr>
      <w:r w:rsidRPr="008D1DEC">
        <w:rPr>
          <w:lang w:val="pl-PL"/>
        </w:rPr>
        <w:t>Adres: ulica Hallera 25 w Oleśnicy.</w:t>
      </w:r>
    </w:p>
    <w:p w14:paraId="274F227F" w14:textId="77777777" w:rsidR="00523256" w:rsidRPr="008D1DEC" w:rsidRDefault="00000000">
      <w:pPr>
        <w:pStyle w:val="Listapunktowana"/>
        <w:spacing w:after="100"/>
        <w:rPr>
          <w:lang w:val="pl-PL"/>
        </w:rPr>
      </w:pPr>
      <w:r w:rsidRPr="008D1DEC">
        <w:rPr>
          <w:lang w:val="pl-PL"/>
        </w:rPr>
        <w:t>Rejestracja ogólna znajduje się na pierwszym piętrze.</w:t>
      </w:r>
    </w:p>
    <w:p w14:paraId="21EB1BD5" w14:textId="77777777" w:rsidR="00523256" w:rsidRDefault="00000000">
      <w:pPr>
        <w:pStyle w:val="Listapunktowana"/>
        <w:spacing w:after="100"/>
      </w:pPr>
      <w:proofErr w:type="spellStart"/>
      <w:r>
        <w:t>Telefon</w:t>
      </w:r>
      <w:proofErr w:type="spellEnd"/>
      <w:r>
        <w:t xml:space="preserve"> do </w:t>
      </w:r>
      <w:proofErr w:type="spellStart"/>
      <w:r>
        <w:t>rejestracji</w:t>
      </w:r>
      <w:proofErr w:type="spellEnd"/>
      <w:r>
        <w:t>: 71 798 28 46 lub 71 798 28 47.</w:t>
      </w:r>
    </w:p>
    <w:p w14:paraId="53978EF9" w14:textId="77777777" w:rsidR="00523256" w:rsidRPr="008D1DEC" w:rsidRDefault="00000000">
      <w:pPr>
        <w:pStyle w:val="Listapunktowana"/>
        <w:spacing w:after="100"/>
        <w:rPr>
          <w:lang w:val="pl-PL"/>
        </w:rPr>
      </w:pPr>
      <w:r w:rsidRPr="008D1DEC">
        <w:rPr>
          <w:lang w:val="pl-PL"/>
        </w:rPr>
        <w:t>Rejestracja ogólna jest czynna od poniedziałku do piątku, od godziny 7:00 do 19:00.</w:t>
      </w:r>
    </w:p>
    <w:p w14:paraId="7854C311" w14:textId="77777777" w:rsidR="00523256" w:rsidRDefault="00000000">
      <w:pPr>
        <w:pStyle w:val="Listapunktowana"/>
        <w:spacing w:after="100"/>
      </w:pPr>
      <w:r>
        <w:t>E-mail: rejestracja.hallera@szpzoz-olesnica.pl.</w:t>
      </w:r>
    </w:p>
    <w:p w14:paraId="66CC507E" w14:textId="77777777" w:rsidR="00523256" w:rsidRPr="008D1DEC" w:rsidRDefault="00000000">
      <w:pPr>
        <w:rPr>
          <w:lang w:val="pl-PL"/>
        </w:rPr>
      </w:pPr>
      <w:r w:rsidRPr="008D1DEC">
        <w:rPr>
          <w:lang w:val="pl-PL"/>
        </w:rPr>
        <w:t>W tej przychodni możesz skorzystać między innymi z porad lekarza rodzinnego, poradni specjalistycznych, laboratorium i badań USG.</w:t>
      </w:r>
    </w:p>
    <w:p w14:paraId="4738F293" w14:textId="77777777" w:rsidR="00523256" w:rsidRDefault="00000000">
      <w:pPr>
        <w:pStyle w:val="Nagwek2"/>
      </w:pPr>
      <w:proofErr w:type="spellStart"/>
      <w:r>
        <w:lastRenderedPageBreak/>
        <w:t>Poradnia</w:t>
      </w:r>
      <w:proofErr w:type="spellEnd"/>
      <w:r>
        <w:t xml:space="preserve"> </w:t>
      </w:r>
      <w:proofErr w:type="spellStart"/>
      <w:r>
        <w:t>okulistyczna</w:t>
      </w:r>
      <w:proofErr w:type="spellEnd"/>
    </w:p>
    <w:p w14:paraId="6EBED474" w14:textId="77777777" w:rsidR="00523256" w:rsidRPr="008D1DEC" w:rsidRDefault="00000000">
      <w:pPr>
        <w:pStyle w:val="Listapunktowana"/>
        <w:spacing w:after="100"/>
        <w:rPr>
          <w:lang w:val="pl-PL"/>
        </w:rPr>
      </w:pPr>
      <w:r w:rsidRPr="008D1DEC">
        <w:rPr>
          <w:lang w:val="pl-PL"/>
        </w:rPr>
        <w:t>Adres: ulica Kilińskiego 2 w Oleśnicy.</w:t>
      </w:r>
    </w:p>
    <w:p w14:paraId="29E96B4A" w14:textId="77777777" w:rsidR="00523256" w:rsidRDefault="00000000">
      <w:pPr>
        <w:pStyle w:val="Listapunktowana"/>
        <w:spacing w:after="100"/>
      </w:pPr>
      <w:proofErr w:type="spellStart"/>
      <w:r>
        <w:t>Telefon</w:t>
      </w:r>
      <w:proofErr w:type="spellEnd"/>
      <w:r>
        <w:t>: 71 798 28 60.</w:t>
      </w:r>
    </w:p>
    <w:p w14:paraId="7AC5C72D" w14:textId="77777777" w:rsidR="00523256" w:rsidRPr="008D1DEC" w:rsidRDefault="00000000">
      <w:pPr>
        <w:pStyle w:val="Listapunktowana"/>
        <w:spacing w:after="100"/>
        <w:rPr>
          <w:lang w:val="pl-PL"/>
        </w:rPr>
      </w:pPr>
      <w:r w:rsidRPr="008D1DEC">
        <w:rPr>
          <w:lang w:val="pl-PL"/>
        </w:rPr>
        <w:t>Rejestracja jest czynna od wtorku do piątku, od godziny 7:30 do 14:30.</w:t>
      </w:r>
    </w:p>
    <w:p w14:paraId="10770CA0" w14:textId="77777777" w:rsidR="00523256" w:rsidRDefault="00000000">
      <w:pPr>
        <w:pStyle w:val="Nagwek2"/>
      </w:pPr>
      <w:proofErr w:type="spellStart"/>
      <w:r>
        <w:t>Poradnia</w:t>
      </w:r>
      <w:proofErr w:type="spellEnd"/>
      <w:r>
        <w:t xml:space="preserve"> </w:t>
      </w:r>
      <w:proofErr w:type="spellStart"/>
      <w:r>
        <w:t>dzieci</w:t>
      </w:r>
      <w:proofErr w:type="spellEnd"/>
      <w:r>
        <w:t xml:space="preserve"> </w:t>
      </w:r>
      <w:proofErr w:type="spellStart"/>
      <w:r>
        <w:t>chorych</w:t>
      </w:r>
      <w:proofErr w:type="spellEnd"/>
    </w:p>
    <w:p w14:paraId="422C1298" w14:textId="77777777" w:rsidR="00523256" w:rsidRPr="008D1DEC" w:rsidRDefault="00000000">
      <w:pPr>
        <w:pStyle w:val="Listapunktowana"/>
        <w:spacing w:after="100"/>
        <w:rPr>
          <w:lang w:val="pl-PL"/>
        </w:rPr>
      </w:pPr>
      <w:r w:rsidRPr="008D1DEC">
        <w:rPr>
          <w:lang w:val="pl-PL"/>
        </w:rPr>
        <w:t>Adres: ulica Kilińskiego 4C w Oleśnicy.</w:t>
      </w:r>
    </w:p>
    <w:p w14:paraId="2FD21B19" w14:textId="77777777" w:rsidR="00523256" w:rsidRDefault="00000000">
      <w:pPr>
        <w:pStyle w:val="Listapunktowana"/>
        <w:spacing w:after="100"/>
      </w:pPr>
      <w:proofErr w:type="spellStart"/>
      <w:r>
        <w:t>Telefon</w:t>
      </w:r>
      <w:proofErr w:type="spellEnd"/>
      <w:r>
        <w:t>: 71 798 28 71 lub 71 798 28 72.</w:t>
      </w:r>
    </w:p>
    <w:p w14:paraId="2A666BAB" w14:textId="77777777" w:rsidR="00523256" w:rsidRPr="008D1DEC" w:rsidRDefault="00000000">
      <w:pPr>
        <w:pStyle w:val="Listapunktowana"/>
        <w:spacing w:after="100"/>
        <w:rPr>
          <w:lang w:val="pl-PL"/>
        </w:rPr>
      </w:pPr>
      <w:r w:rsidRPr="008D1DEC">
        <w:rPr>
          <w:lang w:val="pl-PL"/>
        </w:rPr>
        <w:t>Rejestracja jest czynna od poniedziałku do piątku, od godziny 7:00 do 19:30.</w:t>
      </w:r>
    </w:p>
    <w:p w14:paraId="363D53F1" w14:textId="77777777" w:rsidR="00523256" w:rsidRDefault="00000000">
      <w:pPr>
        <w:pStyle w:val="Nagwek2"/>
      </w:pPr>
      <w:proofErr w:type="spellStart"/>
      <w:r>
        <w:t>Wiejski</w:t>
      </w:r>
      <w:proofErr w:type="spellEnd"/>
      <w:r>
        <w:t xml:space="preserve"> </w:t>
      </w:r>
      <w:proofErr w:type="spellStart"/>
      <w:r>
        <w:t>Ośrodek</w:t>
      </w:r>
      <w:proofErr w:type="spellEnd"/>
      <w:r>
        <w:t xml:space="preserve"> </w:t>
      </w:r>
      <w:proofErr w:type="spellStart"/>
      <w:r>
        <w:t>Zdrowia</w:t>
      </w:r>
      <w:proofErr w:type="spellEnd"/>
      <w:r>
        <w:t xml:space="preserve"> w Boguszycach</w:t>
      </w:r>
    </w:p>
    <w:p w14:paraId="69CA0FB4" w14:textId="77777777" w:rsidR="00523256" w:rsidRDefault="00000000">
      <w:pPr>
        <w:pStyle w:val="Listapunktowana"/>
        <w:spacing w:after="100"/>
      </w:pPr>
      <w:r>
        <w:t>Adres: Boguszyce 117.</w:t>
      </w:r>
    </w:p>
    <w:p w14:paraId="07C94D5A" w14:textId="77777777" w:rsidR="00523256" w:rsidRDefault="00000000">
      <w:pPr>
        <w:pStyle w:val="Listapunktowana"/>
        <w:spacing w:after="100"/>
      </w:pPr>
      <w:r>
        <w:t>Telefon: 71 314 90 64.</w:t>
      </w:r>
    </w:p>
    <w:p w14:paraId="50A92AD2" w14:textId="77777777" w:rsidR="00523256" w:rsidRDefault="00000000">
      <w:pPr>
        <w:pStyle w:val="Listapunktowana"/>
        <w:spacing w:after="100"/>
      </w:pPr>
      <w:r>
        <w:t>E-mail: boguszyce@szpzoz-olesnica.pl.</w:t>
      </w:r>
    </w:p>
    <w:p w14:paraId="04DC8BD1" w14:textId="77777777" w:rsidR="00523256" w:rsidRPr="008D1DEC" w:rsidRDefault="00000000">
      <w:pPr>
        <w:pStyle w:val="Listapunktowana"/>
        <w:spacing w:after="100"/>
        <w:rPr>
          <w:lang w:val="pl-PL"/>
        </w:rPr>
      </w:pPr>
      <w:r w:rsidRPr="008D1DEC">
        <w:rPr>
          <w:lang w:val="pl-PL"/>
        </w:rPr>
        <w:t>Rejestracja jest czynna od poniedziałku do piątku, od godziny 7:00 do 14:00.</w:t>
      </w:r>
    </w:p>
    <w:p w14:paraId="1BEC7605" w14:textId="77777777" w:rsidR="00523256" w:rsidRPr="008D1DEC" w:rsidRDefault="00000000">
      <w:pPr>
        <w:pStyle w:val="Nagwek2"/>
        <w:rPr>
          <w:lang w:val="pl-PL"/>
        </w:rPr>
      </w:pPr>
      <w:r w:rsidRPr="008D1DEC">
        <w:rPr>
          <w:lang w:val="pl-PL"/>
        </w:rPr>
        <w:t>Wiejski Ośrodek Zdrowia w Ligocie Polskiej</w:t>
      </w:r>
    </w:p>
    <w:p w14:paraId="59784DEB" w14:textId="77777777" w:rsidR="00523256" w:rsidRDefault="00000000">
      <w:pPr>
        <w:pStyle w:val="Listapunktowana"/>
        <w:spacing w:after="100"/>
      </w:pPr>
      <w:r>
        <w:t>Adres: Ligota Polska.</w:t>
      </w:r>
    </w:p>
    <w:p w14:paraId="775221BC" w14:textId="77777777" w:rsidR="00523256" w:rsidRDefault="00000000">
      <w:pPr>
        <w:pStyle w:val="Listapunktowana"/>
        <w:spacing w:after="100"/>
      </w:pPr>
      <w:r>
        <w:t>Telefon: 71 314 90 64.</w:t>
      </w:r>
    </w:p>
    <w:p w14:paraId="24E522AF" w14:textId="77777777" w:rsidR="00523256" w:rsidRDefault="00000000">
      <w:pPr>
        <w:pStyle w:val="Listapunktowana"/>
        <w:spacing w:after="100"/>
      </w:pPr>
      <w:r>
        <w:t>E-mail: ligota@szpzoz-olesnica.pl.</w:t>
      </w:r>
    </w:p>
    <w:p w14:paraId="057050F2" w14:textId="77777777" w:rsidR="00523256" w:rsidRPr="008D1DEC" w:rsidRDefault="00000000">
      <w:pPr>
        <w:pStyle w:val="Listapunktowana"/>
        <w:spacing w:after="100"/>
        <w:rPr>
          <w:lang w:val="pl-PL"/>
        </w:rPr>
      </w:pPr>
      <w:r w:rsidRPr="008D1DEC">
        <w:rPr>
          <w:lang w:val="pl-PL"/>
        </w:rPr>
        <w:t>Rejestracja jest czynna od poniedziałku do piątku, od godziny 8:00 do 14:30.</w:t>
      </w:r>
    </w:p>
    <w:p w14:paraId="40DDFE53" w14:textId="77777777" w:rsidR="00523256" w:rsidRPr="008D1DEC" w:rsidRDefault="00000000">
      <w:pPr>
        <w:pStyle w:val="Nagwek1"/>
        <w:rPr>
          <w:lang w:val="pl-PL"/>
        </w:rPr>
      </w:pPr>
      <w:r w:rsidRPr="008D1DEC">
        <w:rPr>
          <w:lang w:val="pl-PL"/>
        </w:rPr>
        <w:t>Jak przygotować się do wizyty?</w:t>
      </w:r>
    </w:p>
    <w:p w14:paraId="1F7288A7" w14:textId="77777777" w:rsidR="00523256" w:rsidRPr="008D1DEC" w:rsidRDefault="00000000">
      <w:pPr>
        <w:rPr>
          <w:lang w:val="pl-PL"/>
        </w:rPr>
      </w:pPr>
      <w:r w:rsidRPr="008D1DEC">
        <w:rPr>
          <w:lang w:val="pl-PL"/>
        </w:rPr>
        <w:t>Przed wizytą sprawdź, czy potrzebujesz skierowania.</w:t>
      </w:r>
    </w:p>
    <w:p w14:paraId="32A57079" w14:textId="77777777" w:rsidR="00085EAC" w:rsidRDefault="00085EAC">
      <w:pPr>
        <w:rPr>
          <w:lang w:val="pl-PL"/>
        </w:rPr>
      </w:pPr>
      <w:r w:rsidRPr="00085EAC">
        <w:rPr>
          <w:lang w:val="pl-PL"/>
        </w:rPr>
        <w:t>Przed badaniem zapytaj, jak się do niego przygotować.</w:t>
      </w:r>
    </w:p>
    <w:p w14:paraId="174761F0" w14:textId="77777777" w:rsidR="00085EAC" w:rsidRPr="00085EAC" w:rsidRDefault="00085EAC" w:rsidP="00085EAC">
      <w:pPr>
        <w:rPr>
          <w:lang w:val="pl-PL"/>
        </w:rPr>
      </w:pPr>
      <w:r w:rsidRPr="00085EAC">
        <w:rPr>
          <w:lang w:val="pl-PL"/>
        </w:rPr>
        <w:t>Na naszej stronie internetowej są informacje o tym, jak przygotować się do badań.</w:t>
      </w:r>
    </w:p>
    <w:p w14:paraId="4D25649F" w14:textId="77777777" w:rsidR="00085EAC" w:rsidRDefault="00085EAC" w:rsidP="00085EAC">
      <w:pPr>
        <w:rPr>
          <w:b/>
          <w:bCs/>
          <w:lang w:val="pl-PL"/>
        </w:rPr>
      </w:pPr>
      <w:r w:rsidRPr="00085EAC">
        <w:rPr>
          <w:lang w:val="pl-PL"/>
        </w:rPr>
        <w:t>Jeśli nie możesz znaleźć tej informacji, zadzwoń do rejestracji.</w:t>
      </w:r>
    </w:p>
    <w:p w14:paraId="39323D3E" w14:textId="3B4C993D" w:rsidR="00085EAC" w:rsidRDefault="00085EAC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38"/>
          <w:szCs w:val="28"/>
          <w:lang w:val="pl-PL"/>
        </w:rPr>
      </w:pPr>
      <w:r w:rsidRPr="00085EAC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38"/>
          <w:szCs w:val="28"/>
          <w:lang w:val="pl-PL"/>
        </w:rPr>
        <w:t xml:space="preserve">Czy nasze budynki są dostępne dla osób z 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38"/>
          <w:szCs w:val="28"/>
          <w:lang w:val="pl-PL"/>
        </w:rPr>
        <w:t>n</w:t>
      </w:r>
      <w:r w:rsidRPr="00085EAC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38"/>
          <w:szCs w:val="28"/>
          <w:lang w:val="pl-PL"/>
        </w:rPr>
        <w:t>iepełnosprawnościami?</w:t>
      </w:r>
    </w:p>
    <w:p w14:paraId="6C05E8E9" w14:textId="77777777" w:rsidR="00523256" w:rsidRPr="008D1DEC" w:rsidRDefault="00000000">
      <w:pPr>
        <w:rPr>
          <w:lang w:val="pl-PL"/>
        </w:rPr>
      </w:pPr>
      <w:r w:rsidRPr="008D1DEC">
        <w:rPr>
          <w:lang w:val="pl-PL"/>
        </w:rPr>
        <w:t>Przed wizytą skontaktuj się z wybraną placówką, aby zapytać o wejście do budynku, możliwość poruszania się po nim i dostępne udogodnienia.</w:t>
      </w:r>
    </w:p>
    <w:p w14:paraId="39C52CC7" w14:textId="77777777" w:rsidR="00523256" w:rsidRPr="008D1DEC" w:rsidRDefault="00000000">
      <w:pPr>
        <w:pStyle w:val="Nagwek1"/>
        <w:rPr>
          <w:lang w:val="pl-PL"/>
        </w:rPr>
      </w:pPr>
      <w:r w:rsidRPr="008D1DEC">
        <w:rPr>
          <w:lang w:val="pl-PL"/>
        </w:rPr>
        <w:lastRenderedPageBreak/>
        <w:t>Ważne informacje</w:t>
      </w:r>
    </w:p>
    <w:p w14:paraId="5C53AB21" w14:textId="77777777" w:rsidR="00523256" w:rsidRPr="008D1DEC" w:rsidRDefault="00000000">
      <w:pPr>
        <w:rPr>
          <w:lang w:val="pl-PL"/>
        </w:rPr>
      </w:pPr>
      <w:r w:rsidRPr="008D1DEC">
        <w:rPr>
          <w:lang w:val="pl-PL"/>
        </w:rPr>
        <w:t>Godziny pracy i zasady rejestracji mogą być różne w poszczególnych poradniach.</w:t>
      </w:r>
    </w:p>
    <w:p w14:paraId="10D8ECDB" w14:textId="77777777" w:rsidR="00523256" w:rsidRPr="008D1DEC" w:rsidRDefault="00000000">
      <w:pPr>
        <w:rPr>
          <w:lang w:val="pl-PL"/>
        </w:rPr>
      </w:pPr>
      <w:r w:rsidRPr="008D1DEC">
        <w:rPr>
          <w:lang w:val="pl-PL"/>
        </w:rPr>
        <w:t>Przed przyjazdem sprawdź informacje dotyczące konkretnej poradni.</w:t>
      </w:r>
    </w:p>
    <w:p w14:paraId="1186CD9C" w14:textId="77777777" w:rsidR="00085EAC" w:rsidRDefault="00085EAC" w:rsidP="00085EAC">
      <w:pPr>
        <w:rPr>
          <w:lang w:val="pl-PL"/>
        </w:rPr>
      </w:pPr>
      <w:r w:rsidRPr="00085EAC">
        <w:rPr>
          <w:lang w:val="pl-PL"/>
        </w:rPr>
        <w:t>Jeśli czyjeś życie lub zdrowie jest poważnie zagrożone, zadzwoń pod numer 112.</w:t>
      </w:r>
    </w:p>
    <w:p w14:paraId="2F1C9C60" w14:textId="32F8E570" w:rsidR="00523256" w:rsidRPr="008D1DEC" w:rsidRDefault="00000000" w:rsidP="00085EAC">
      <w:pPr>
        <w:pStyle w:val="Nagwek1"/>
        <w:rPr>
          <w:lang w:val="pl-PL"/>
        </w:rPr>
      </w:pPr>
      <w:r w:rsidRPr="008D1DEC">
        <w:rPr>
          <w:lang w:val="pl-PL"/>
        </w:rPr>
        <w:t>Dostępność placówek dla osób z niepełnosprawnościami</w:t>
      </w:r>
    </w:p>
    <w:p w14:paraId="19AEB206" w14:textId="77777777" w:rsidR="00085EAC" w:rsidRPr="00085EAC" w:rsidRDefault="00085EAC" w:rsidP="00085EAC">
      <w:pPr>
        <w:rPr>
          <w:lang w:val="pl-PL"/>
        </w:rPr>
      </w:pPr>
      <w:r w:rsidRPr="00085EAC">
        <w:rPr>
          <w:lang w:val="pl-PL"/>
        </w:rPr>
        <w:t>Do naszych placówek mogą wejść osoby, które poruszają się na wózku.</w:t>
      </w:r>
    </w:p>
    <w:p w14:paraId="5DF0436E" w14:textId="77777777" w:rsidR="00085EAC" w:rsidRPr="00085EAC" w:rsidRDefault="00085EAC" w:rsidP="00085EAC">
      <w:pPr>
        <w:rPr>
          <w:lang w:val="pl-PL"/>
        </w:rPr>
      </w:pPr>
      <w:r w:rsidRPr="00085EAC">
        <w:rPr>
          <w:lang w:val="pl-PL"/>
        </w:rPr>
        <w:t>Przy wejściach są podjazdy.</w:t>
      </w:r>
    </w:p>
    <w:p w14:paraId="6557B617" w14:textId="77777777" w:rsidR="00085EAC" w:rsidRPr="00085EAC" w:rsidRDefault="00085EAC" w:rsidP="00085EAC">
      <w:pPr>
        <w:rPr>
          <w:lang w:val="pl-PL"/>
        </w:rPr>
      </w:pPr>
      <w:r w:rsidRPr="00085EAC">
        <w:rPr>
          <w:lang w:val="pl-PL"/>
        </w:rPr>
        <w:t>W budynkach są windy.</w:t>
      </w:r>
    </w:p>
    <w:p w14:paraId="77A7E736" w14:textId="70F1761B" w:rsidR="00523256" w:rsidRPr="008D1DEC" w:rsidRDefault="00085EAC" w:rsidP="00085EAC">
      <w:pPr>
        <w:rPr>
          <w:lang w:val="pl-PL"/>
        </w:rPr>
      </w:pPr>
      <w:r w:rsidRPr="00085EAC">
        <w:rPr>
          <w:lang w:val="pl-PL"/>
        </w:rPr>
        <w:t>W budynkach są toalety przystosowane dla osób z niepełnosprawnościami.</w:t>
      </w:r>
    </w:p>
    <w:sectPr w:rsidR="00523256" w:rsidRPr="008D1DEC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52C2E" w14:textId="77777777" w:rsidR="00D27C91" w:rsidRDefault="00D27C91">
      <w:pPr>
        <w:spacing w:after="0" w:line="240" w:lineRule="auto"/>
      </w:pPr>
      <w:r>
        <w:separator/>
      </w:r>
    </w:p>
  </w:endnote>
  <w:endnote w:type="continuationSeparator" w:id="0">
    <w:p w14:paraId="246ADCD7" w14:textId="77777777" w:rsidR="00D27C91" w:rsidRDefault="00D27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8E6FF" w14:textId="77777777" w:rsidR="00523256" w:rsidRDefault="00000000">
    <w:pPr>
      <w:pStyle w:val="Stopka"/>
      <w:jc w:val="center"/>
    </w:pPr>
    <w:r>
      <w:rPr>
        <w:sz w:val="20"/>
      </w:rPr>
      <w:t xml:space="preserve">Strona </w:t>
    </w:r>
    <w:r>
      <w:fldChar w:fldCharType="begin"/>
    </w:r>
    <w:r>
      <w:instrText>PAGE</w:instrText>
    </w:r>
    <w:r>
      <w:fldChar w:fldCharType="separate"/>
    </w:r>
    <w:r w:rsidR="008D1DEC">
      <w:rPr>
        <w:noProof/>
      </w:rPr>
      <w:t>1</w:t>
    </w:r>
    <w:r>
      <w:fldChar w:fldCharType="end"/>
    </w:r>
    <w:r>
      <w:rPr>
        <w:sz w:val="20"/>
      </w:rPr>
      <w:t xml:space="preserve"> z </w:t>
    </w:r>
    <w:r>
      <w:fldChar w:fldCharType="begin"/>
    </w:r>
    <w:r>
      <w:instrText>NUMPAGES</w:instrText>
    </w:r>
    <w:r>
      <w:fldChar w:fldCharType="separate"/>
    </w:r>
    <w:r w:rsidR="008D1DE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49A8C" w14:textId="77777777" w:rsidR="00D27C91" w:rsidRDefault="00D27C91">
      <w:pPr>
        <w:spacing w:after="0" w:line="240" w:lineRule="auto"/>
      </w:pPr>
      <w:r>
        <w:separator/>
      </w:r>
    </w:p>
  </w:footnote>
  <w:footnote w:type="continuationSeparator" w:id="0">
    <w:p w14:paraId="429A1864" w14:textId="77777777" w:rsidR="00D27C91" w:rsidRDefault="00D27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E36E91E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8937186">
    <w:abstractNumId w:val="8"/>
  </w:num>
  <w:num w:numId="2" w16cid:durableId="390420729">
    <w:abstractNumId w:val="6"/>
  </w:num>
  <w:num w:numId="3" w16cid:durableId="983585535">
    <w:abstractNumId w:val="5"/>
  </w:num>
  <w:num w:numId="4" w16cid:durableId="623581434">
    <w:abstractNumId w:val="4"/>
  </w:num>
  <w:num w:numId="5" w16cid:durableId="320891913">
    <w:abstractNumId w:val="7"/>
  </w:num>
  <w:num w:numId="6" w16cid:durableId="522283502">
    <w:abstractNumId w:val="3"/>
  </w:num>
  <w:num w:numId="7" w16cid:durableId="2134903058">
    <w:abstractNumId w:val="2"/>
  </w:num>
  <w:num w:numId="8" w16cid:durableId="2145266100">
    <w:abstractNumId w:val="1"/>
  </w:num>
  <w:num w:numId="9" w16cid:durableId="649868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59F2"/>
    <w:rsid w:val="00034616"/>
    <w:rsid w:val="0006063C"/>
    <w:rsid w:val="00085EAC"/>
    <w:rsid w:val="0015074B"/>
    <w:rsid w:val="0029639D"/>
    <w:rsid w:val="00326F90"/>
    <w:rsid w:val="00376A7D"/>
    <w:rsid w:val="004F29CE"/>
    <w:rsid w:val="00523256"/>
    <w:rsid w:val="008D1DEC"/>
    <w:rsid w:val="00AA1D8D"/>
    <w:rsid w:val="00B47730"/>
    <w:rsid w:val="00CB0664"/>
    <w:rsid w:val="00D039CD"/>
    <w:rsid w:val="00D27C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94C761"/>
  <w14:defaultImageDpi w14:val="300"/>
  <w15:docId w15:val="{2C6A6327-69EF-40BC-AD10-96544FD15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40"/>
    </w:pPr>
    <w:rPr>
      <w:rFonts w:ascii="Arial" w:eastAsia="Arial" w:hAnsi="Arial"/>
      <w:sz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8D1D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D1DE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D1DEC"/>
    <w:rPr>
      <w:rFonts w:ascii="Arial" w:eastAsia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1D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D1DEC"/>
    <w:rPr>
      <w:rFonts w:ascii="Arial" w:eastAsia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601</Words>
  <Characters>3609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4202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Bogusław Polewka</cp:lastModifiedBy>
  <cp:revision>2</cp:revision>
  <dcterms:created xsi:type="dcterms:W3CDTF">2026-10-28T07:54:00Z</dcterms:created>
  <dcterms:modified xsi:type="dcterms:W3CDTF">2026-10-28T07:54:00Z</dcterms:modified>
  <cp:category/>
</cp:coreProperties>
</file>